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טקסט משכנע - "קוראים לאט"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סוגת הטקסט (משכנע/טיעוני) ואת מאפייניה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אמצעי שכנוע וקשרים לוגיים בטקסט ולהסביר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תשובה מלא: זיהוי - ציטוט -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טקסט משכנע (טיעוני)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לחזק את הטענה באמצעות מידע מהימן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ויתור וניגוד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להניע את הקורא למחשבה בלי לצפות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לקרוא טקסט אחד ביום לאט עד הסוף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טקסט משכנע שמנסה לשנות הרגל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הראשונה והשנייה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מציגה ניגוד בין שני סוגי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מטרתו לשכנע לשנות הרגלי קריאה, לא למסור היסטוריה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(סוג הטקסט לפי מטרתו)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(שאלה שלא מצפים לתשובה עליה)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(הקשר "אמנם... אך")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(אמצעי לחיזוק הטענה במידע מהימן)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(בקשה מהקורא לפעול בסוף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הטקסט פעם ראשונה להבנה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זהו את הסוגה ואת מטרת הכותב/ת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אתרו אמצעי שכנוע ולשון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צטטו דוגמה מדויקת וקצרה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הסבירו מה תפקיד האמצעי במטרת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גבשו מסקנה לגבי יעילות הטיעון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השאלה "האם אנחנו באמת מבינים?" מעוררת מחשבה ומובילה לטענה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 להערכה: שימוש נכון בקשר ויתור, שאלה רטורית מתאימה, טיעון ברור וקוהרנטי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נכון: טקסט משכנע/טיעוני שמטרתו לשכנע לשנות הרגל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תקפה: שאלה רטורית, נתון מסקרים, או קריאה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שמזהה יחס של ויתור וניגוד בין שתי 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הטקסט בקול, ולעצור אחרי כל פסקה לשאלות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לדגם על הלוח תשובה מלאה אחת לפי המבנה: זיהוי-ציטוט-הסבר, לפני עבודה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למידה מותאמת: אפשר להשמיט את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טקסט משכנע - "קוראים לאט"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ניתוח של טקסט משכנע קצר בשם 'קוראים לאט'. נזהה את מטרת הכותב/ת, נאתר אמצעי שכנוע ונלמד להסביר את תפקידם בטיעון.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הסוגה העיקרית של הטקסט "קוראים לאט"?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משכנע (טיעוני)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לירי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מטרת השימוש בביטוי "לפי סקרים רבים" בפסקה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לשעשע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לחזק את הטענה באמצעות מידע מהימן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יחס לוגי מבטא הצירוף "אמנם... אך"?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 וניגוד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מטרתה של שאלה רטורית בטקסט משכנע?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ידע של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להניע את הקורא למחשבה בלי לצפות לתשובה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מבקש הכותב/ת מהקוראים בסוף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להפסיק לקרוא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טקסט אחד ביום לאט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ביקורת על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לשתף את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"קוראים לאט" הוא טקסט סיפורי בדיוני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קריאה מהירה ברשת עלולה לפגוע בהבנה ובזיכרון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"לעומת זאת" בטקסט מבטאת ניגוד בין קריאה מהירה לאיטית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הטקסט היא ללמד עובדות היסטוריות על 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הקשר "אמנם... __________" מבטא יחס של ויתור וניגוד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שאלה __________ נועדה להניע את הקורא למחשבה בלי לצפות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טקסט שמטרתו לשכנע את הקורא בעמדה מסוימת נקרא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בפסקה הראשונה מופיע נתון מ__________ שמחזק את הטענה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שאלה שלא מצפים לתשובה עליה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הקשר "אמנם... אך"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יחס ויתור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אמצעי לחיזוק הטענה במידע מהימן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נתון מסקרים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בקשה מהקורא לפעול בסוף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קריאה לפעולה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סוג הטקסט לפי מטרתו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הסוגה ואת מטרת הכותב/ת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מה תפקיד האמצעי במטרת הטיעון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גבשו מסקנה לגבי יעילות הטיעון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הטקסט פעם ראשונה להבנה כללית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אתרו אמצעי שכנוע ולשון בטקסט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צטטו דוגמה מדויקת וקצרה מהטקסט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בטקסט שאלה רטורית אחת, כִּתבו אותה והסבירו מה תפקידה בטיעון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(3-4 משפטים) שבה אתם מנסים לשכנע חבר/ה להרגל קריאה טוב. השתמשו בקשר ויתור ("אמנם... אך") ובשאלה רטורית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הסוגה של הטקסט שקראנו ומה מטרתה?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לאמצעי שכנוע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הקשר "אמנם... אך" בטיעון?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ניתוח טקסט משכנע - "קוראים לאט"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