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סוגת הטקסט (משכנע/טיעוני) ואת מאפייניה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אמצעי שכנוע וקשרים לוגיים בטקסט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תשובה מלא: זיהוי - ציטוט -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משכנע (טיעוני)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לחזק את הטענה באמצעות מידע מהימן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להניע את הקורא למחשבה בלי לצפות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טקסט משכנע שמנסה לשנות הרגל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הראשונה והשנייה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(סוג הטקסט לפי מטרתו)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שלא מצפים לתשובה עליה)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(הקשר "אמנם... אך")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(אמצעי לחיזוק הטענה במידע מהימן)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 את הסוגה ואת מטרת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אתרו אמצעי שכנוע ולשון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צטטו דוגמה מדויקת וקצרה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טקסט משכנע/טיעוני שמטרתו לשכנע לשנות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תקפה: שאלה רטורית, נתון מסקרים, או 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שמזהה יחס של ויתור וניגוד בין שתי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בקול, ולעצור אחרי 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לדגם על הלוח תשובה מלאה אחת לפי המבנה: זיהוי-ציטוט-הסבר, לפני עבודה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מותאמת: אפשר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ניתוח של טקסט משכנע קצר בשם 'קוראים לאט'. נזהה את מטרת הכותב/ת, נאתר אמצעי שכנוע ונלמד להסביר את תפקידם בטיעון.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רטורית  ·  אך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הסוגה העיקרית של הטקסט "קוראים לאט"?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מידעי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משכנע (טיעוני)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מטרת השימוש בביטוי "לפי סקרים רבים" בפסקה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לשעשע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לחזק את הטענה באמצעות מידע מהימן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מטרתה של שאלה רטורית בטקסט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ידע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להניע את הקורא למחשבה בלי לצפות לתשובה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הטקסט "קוראים לאט" הוא טקסט סיפורי בדיוני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קריאה מהירה ברשת עלולה לפגוע בהבנה ובזיכרון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הקשר "אמנם... __________" מבטא יחס של ויתור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שאלה __________ נועדה להניע את הקורא למחשבה בלי לצפות לתשובה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הקשר "אמנם... אך"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אמצעי לחיזוק הטענה במידע מהימן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יחס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סוג הטקסט לפי מטרתו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נתון מסקרים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שאלה שלא מצפים לתשובה עליה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אתרו אמצעי שכנוע ולשון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צטטו דוגמה מדויקת וקצרה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זהו את הסוגה ואת מטרת הכותב/ת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הטקסט פעם ראשונה להבנה כללית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הסוגה של הטקסט שקראנו ומה מטרתה?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לאמצעי שכנוע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טקסט משכנע - "קוראים לאט"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